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highlight w:val="yellow"/>
        </w:rPr>
        <w:t>MODEL ORIENTATIV v1.0, valid la 23.10.2026</w:t>
      </w:r>
    </w:p>
    <w:p>
      <w:r>
        <w:rPr>
          <w:b w:val="0"/>
          <w:i/>
          <w:highlight w:val="yellow"/>
        </w:rPr>
        <w:t>Model orientativ, nu formular oficial. Nu înlocuiește formularele oficiale (de exemplu cele pentru dosarul de pensie) sau formularele unei bănci ori instituții. Verificați forma consolidată a HG 295/2025 pe legislatie.just.ro și adaptați-l cu juristul vostru. Înainte de folosire, ștergeți antetul „Model orientativ” și această notă (evidențiate cu galben) și înlocuiți toate câmpurile dintre paranteze drepte, inclusiv indicațiile de completare.</w:t>
      </w:r>
    </w:p>
    <w:p>
      <w:r>
        <w:rPr>
          <w:b w:val="0"/>
          <w:i w:val="0"/>
        </w:rPr>
        <w:t>[DENUMIREA ANGAJATORULUI]</w:t>
      </w:r>
      <w:r>
        <w:br/>
      </w:r>
      <w:r>
        <w:rPr>
          <w:b w:val="0"/>
          <w:i w:val="0"/>
        </w:rPr>
        <w:t>CUI [CUI] · Nr. Registrul Comerțului [NR. ORC]</w:t>
      </w:r>
      <w:r>
        <w:br/>
      </w:r>
      <w:r>
        <w:rPr>
          <w:b w:val="0"/>
          <w:i w:val="0"/>
        </w:rPr>
        <w:t>Sediul: [ADRESA SEDIULUI]</w:t>
      </w:r>
    </w:p>
    <w:p>
      <w:r>
        <w:rPr>
          <w:b w:val="0"/>
          <w:i w:val="0"/>
        </w:rPr>
        <w:t>Nr. [NR. ÎNREGISTRARE] / [DATA ELIBERĂRII]</w:t>
      </w:r>
      <w:r>
        <w:br/>
      </w:r>
      <w:r>
        <w:rPr>
          <w:b w:val="0"/>
          <w:i w:val="0"/>
        </w:rPr>
        <w:t>Ca răspuns la cererea nr. [NR. CERERE] / [DATA CERERII]</w:t>
      </w:r>
    </w:p>
    <w:p>
      <w:pPr>
        <w:pStyle w:val="Heading2"/>
      </w:pPr>
      <w:r>
        <w:rPr>
          <w:b w:val="0"/>
          <w:i w:val="0"/>
        </w:rPr>
        <w:t>ADEVERINȚĂ DE VECHIME</w:t>
      </w:r>
    </w:p>
    <w:p>
      <w:r>
        <w:rPr>
          <w:b w:val="0"/>
          <w:i w:val="0"/>
        </w:rPr>
        <w:t>Prin prezenta se adeverește că [NUMELE ȘI PRENUMELE], [IDENTIFICATOR: CNP complet sau mascat; HG 295/2025 nu impune CNP-ul complet, alegeți varianta cu responsabilul cu protecția datelor], a desfășurat activitate la [DENUMIREA ANGAJATORULUI] în baza contractului individual de muncă nr. [NR. CIM] / [DATA CIM], în următoarele perioade: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</w:tcPr>
          <w:p>
            <w:r>
              <w:rPr>
                <w:b/>
                <w:i w:val="0"/>
              </w:rPr>
              <w:t>Nr.</w:t>
            </w:r>
          </w:p>
        </w:tc>
        <w:tc>
          <w:tcPr>
            <w:tcW w:type="dxa" w:w="1606"/>
          </w:tcPr>
          <w:p>
            <w:r>
              <w:rPr>
                <w:b/>
                <w:i w:val="0"/>
              </w:rPr>
              <w:t>De la</w:t>
            </w:r>
          </w:p>
        </w:tc>
        <w:tc>
          <w:tcPr>
            <w:tcW w:type="dxa" w:w="1606"/>
          </w:tcPr>
          <w:p>
            <w:r>
              <w:rPr>
                <w:b/>
                <w:i w:val="0"/>
              </w:rPr>
              <w:t>Până la</w:t>
            </w:r>
          </w:p>
        </w:tc>
        <w:tc>
          <w:tcPr>
            <w:tcW w:type="dxa" w:w="1606"/>
          </w:tcPr>
          <w:p>
            <w:r>
              <w:rPr>
                <w:b/>
                <w:i w:val="0"/>
              </w:rPr>
              <w:t>Funcția / ocupația (cod COR)</w:t>
            </w:r>
          </w:p>
        </w:tc>
        <w:tc>
          <w:tcPr>
            <w:tcW w:type="dxa" w:w="1606"/>
          </w:tcPr>
          <w:p>
            <w:r>
              <w:rPr>
                <w:b/>
                <w:i w:val="0"/>
              </w:rPr>
              <w:t>Norma de lucru</w:t>
            </w:r>
          </w:p>
        </w:tc>
        <w:tc>
          <w:tcPr>
            <w:tcW w:type="dxa" w:w="1606"/>
          </w:tcPr>
          <w:p>
            <w:r>
              <w:rPr>
                <w:b/>
                <w:i w:val="0"/>
              </w:rPr>
              <w:t>Temeiul modificării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 w:val="0"/>
              </w:rPr>
              <w:t>1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[ZZ.LL.AAAA]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[ZZ.LL.AAAA]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[FUNCȚIA] ([COD COR])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[ORE/ZI]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[CIM nr. / data]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 w:val="0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[ZZ.LL.AAAA]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[ZZ.LL.AAAA / prezent]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[FUNCȚIA] ([COD COR])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[ORE/ZI]</w:t>
            </w:r>
          </w:p>
        </w:tc>
        <w:tc>
          <w:tcPr>
            <w:tcW w:type="dxa" w:w="1606"/>
          </w:tcPr>
          <w:p>
            <w:r>
              <w:rPr>
                <w:b w:val="0"/>
                <w:i w:val="0"/>
              </w:rPr>
              <w:t>[Act adițional nr. / data]</w:t>
            </w:r>
          </w:p>
        </w:tc>
      </w:tr>
    </w:tbl>
    <w:p/>
    <w:p>
      <w:r>
        <w:rPr>
          <w:b w:val="0"/>
          <w:i w:val="0"/>
        </w:rPr>
        <w:t>Perioade în care contractul a fost suspendat: [DE LA] - [PÂNĂ LA] / „nu este cazul”. Absențele nemotivate și concediile fără plată se scad din vechimea în muncă, cu excepția concediilor fără plată pentru formare profesională (Codul muncii, art. 16 alin. (6)-(7)).</w:t>
      </w:r>
    </w:p>
    <w:p>
      <w:r>
        <w:rPr>
          <w:b/>
          <w:i w:val="0"/>
        </w:rPr>
        <w:t>Vechime totală la angajator:</w:t>
      </w:r>
      <w:r>
        <w:rPr>
          <w:b w:val="0"/>
          <w:i w:val="0"/>
        </w:rPr>
        <w:t xml:space="preserve"> [ANI] ani, [LUNI] luni, [ZILE] zile, la data de [DATA].</w:t>
      </w:r>
      <w:r>
        <w:br/>
      </w:r>
      <w:r>
        <w:rPr>
          <w:b/>
          <w:i w:val="0"/>
        </w:rPr>
        <w:t>Vechime în funcția actuală:</w:t>
      </w:r>
      <w:r>
        <w:rPr>
          <w:b w:val="0"/>
          <w:i w:val="0"/>
        </w:rPr>
        <w:t xml:space="preserve"> [ANI] ani, [LUNI] luni, [ZILE] zile, la data de [DATA].</w:t>
      </w:r>
      <w:r>
        <w:br/>
      </w:r>
      <w:r>
        <w:rPr>
          <w:b/>
          <w:i w:val="0"/>
        </w:rPr>
        <w:t>Vechime în specialitate:</w:t>
      </w:r>
      <w:r>
        <w:rPr>
          <w:b w:val="0"/>
          <w:i w:val="0"/>
        </w:rPr>
        <w:t xml:space="preserve"> [ANI] ani, [LUNI] luni, [ZILE] zile, la data de [DATA] [completați dacă este cazul; HG 295/2025, art. 8 alin. (7), și Codul muncii, art. 34 alin. (5), cer atestarea vechimii în muncă și în specialitate; regulile de calcul le confirmă juristul].</w:t>
      </w:r>
    </w:p>
    <w:p>
      <w:r>
        <w:rPr>
          <w:b w:val="0"/>
          <w:i w:val="0"/>
        </w:rPr>
        <w:t>Datele sunt preluate din REGES-ONLINE și din dosarul personal al salariatului.</w:t>
      </w:r>
    </w:p>
    <w:p>
      <w:r>
        <w:rPr>
          <w:b w:val="0"/>
          <w:i w:val="0"/>
        </w:rPr>
        <w:t>Se eliberează pentru a-i servi la [SCOPUL].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i w:val="0"/>
              </w:rPr>
              <w:t>Reprezentant legal / persoană împuternicită [cu împuternicire scrisă; HG 295/2025 nu numește semnatarul adeverinței]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</w:rPr>
              <w:t>Întocmit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i w:val="0"/>
              </w:rPr>
              <w:t>[NUME, FUNCȚIE]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</w:rPr>
              <w:t>[NUME, FUNCȚIE]</w:t>
            </w:r>
          </w:p>
        </w:tc>
      </w:tr>
      <w:tr>
        <w:tc>
          <w:tcPr>
            <w:tcW w:type="dxa" w:w="4819"/>
          </w:tcPr>
          <w:p>
            <w:r>
              <w:rPr>
                <w:b w:val="0"/>
                <w:i w:val="0"/>
              </w:rPr>
              <w:t>Semnătura: [SEMNĂTURA]</w:t>
            </w:r>
          </w:p>
        </w:tc>
        <w:tc>
          <w:tcPr>
            <w:tcW w:type="dxa" w:w="4819"/>
          </w:tcPr>
          <w:p>
            <w:r>
              <w:rPr>
                <w:b w:val="0"/>
                <w:i w:val="0"/>
              </w:rPr>
              <w:t>Semnătura: [SEMNĂTURA]</w:t>
            </w:r>
          </w:p>
        </w:tc>
      </w:tr>
    </w:tbl>
    <w:p/>
    <w:p>
      <w:r>
        <w:rPr>
          <w:b w:val="0"/>
          <w:i w:val="0"/>
        </w:rPr>
        <w:t>Am primit adeverința: [NUMELE SALARIATULUI], [DATA], [SEMNĂTURA] / transmisă electronic la [ADRESA], pe [DATA]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jc w:val="center"/>
      <w:outlineLvl w:val="0"/>
    </w:pPr>
    <w:rPr>
      <w:rFonts w:ascii="Arial" w:hAnsi="Arial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40"/>
      <w:jc w:val="center"/>
      <w:outlineLvl w:val="1"/>
    </w:pPr>
    <w:rPr>
      <w:rFonts w:ascii="Arial" w:hAnsi="Arial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HeyLeave</Application>
  <DocSecurity>0</DocSecurity>
  <Words>353</Words>
  <Characters>2443</Characters>
  <Company>HeyLeave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Adeverință de vechime – model orientativ v1.0</dc:title>
  <dc:subject>Model orientativ HeyLeave</dc:subject>
  <dc:creator>HeyLeave</dc:creator>
  <cp:keywords/>
  <dc:description/>
  <cp:lastModifiedBy>HeyLeave</cp:lastModifiedBy>
  <cp:revision>1</cp:revision>
  <dcterms:created xsi:type="dcterms:W3CDTF">2026-10-26T09:00:00Z</dcterms:created>
  <dcterms:modified xsi:type="dcterms:W3CDTF">2026-10-26T09:00:00Z</dcterms:modified>
  <cp:category/>
  <dc:language>ro-RO</dc:language>
</cp:coreProperties>
</file>