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highlight w:val="yellow"/>
        </w:rPr>
        <w:t>MODEL ORIENTATIV v1.0, 27.10.2026</w:t>
      </w:r>
    </w:p>
    <w:p>
      <w:r>
        <w:rPr>
          <w:b w:val="0"/>
          <w:i/>
          <w:highlight w:val="yellow"/>
        </w:rPr>
        <w:t>Înlocuiți câmpurile dintre paranteze drepte și adaptați formularul la procedura angajatorului. Ștergeți această notă și antetul evidențiat înainte de folosire.</w:t>
      </w:r>
    </w:p>
    <w:p>
      <w:pPr>
        <w:pStyle w:val="Heading2"/>
      </w:pPr>
      <w:r>
        <w:rPr>
          <w:b w:val="0"/>
          <w:i w:val="0"/>
        </w:rPr>
        <w:t>CERERE DE CONCEDIU DE ODIHNĂ</w:t>
      </w:r>
    </w:p>
    <w:p>
      <w:r>
        <w:rPr>
          <w:b w:val="0"/>
          <w:i w:val="0"/>
        </w:rPr>
        <w:t>Către: [DENUMIREA ANGAJATORULUI]</w:t>
      </w:r>
    </w:p>
    <w:p>
      <w:r>
        <w:rPr>
          <w:b w:val="0"/>
          <w:i w:val="0"/>
        </w:rPr>
        <w:t>Subsemnatul/Subsemnata [NUMELE ȘI PRENUMELE], din departamentul [DEPARTAMENT], identificator intern [DACĂ ESTE FOLOSIT], solicit efectuarea a [NUMĂR] zile lucrătoare de concediu de odihnă în perioada [DATA DE ÎNCEPUT] – [DATA DE SFÂRȘIT], inclusiv.</w:t>
      </w:r>
    </w:p>
    <w:p>
      <w:r>
        <w:rPr>
          <w:b w:val="0"/>
          <w:i w:val="0"/>
        </w:rPr>
        <w:t>Data cererii: [ZZ.LL.AAAA]</w:t>
      </w:r>
    </w:p>
    <w:p>
      <w:r>
        <w:rPr>
          <w:b w:val="0"/>
          <w:i w:val="0"/>
        </w:rPr>
        <w:t>Semnătura angajatului: [SEMNĂTURA]</w:t>
      </w:r>
    </w:p>
    <w:p>
      <w:pPr>
        <w:pStyle w:val="Heading3"/>
      </w:pPr>
      <w:r>
        <w:rPr>
          <w:b w:val="0"/>
          <w:i w:val="0"/>
        </w:rPr>
        <w:t>Înregistrare și verificare internă</w:t>
      </w:r>
    </w:p>
    <w:p>
      <w:r>
        <w:rPr>
          <w:b w:val="0"/>
          <w:i w:val="0"/>
        </w:rPr>
        <w:t>Numărul cererii / data înregistrării: [NR.] / [DATA]</w:t>
      </w:r>
    </w:p>
    <w:p>
      <w:r>
        <w:rPr>
          <w:b w:val="0"/>
          <w:i w:val="0"/>
        </w:rPr>
        <w:t>Numărul de zile verificat de HR: [NUMĂR]</w:t>
      </w:r>
    </w:p>
    <w:p>
      <w:r>
        <w:rPr>
          <w:b w:val="0"/>
          <w:i w:val="0"/>
        </w:rPr>
        <w:t>Observații privind perioada solicitată: [DACĂ ESTE CAZUL]</w:t>
      </w:r>
    </w:p>
    <w:p>
      <w:pPr>
        <w:pStyle w:val="Heading3"/>
      </w:pPr>
      <w:r>
        <w:rPr>
          <w:b w:val="0"/>
          <w:i w:val="0"/>
        </w:rPr>
        <w:t>Decizia persoanei desemnate</w:t>
      </w:r>
    </w:p>
    <w:p>
      <w:r>
        <w:rPr>
          <w:b w:val="0"/>
          <w:i w:val="0"/>
        </w:rPr>
        <w:t>Decizie: [APROBAT / NEAPROBAT / PROPUNERE DE ALTE DATE]</w:t>
      </w:r>
    </w:p>
    <w:p>
      <w:r>
        <w:rPr>
          <w:b w:val="0"/>
          <w:i w:val="0"/>
        </w:rPr>
        <w:t>Perioada aprobată: [DATA DE ÎNCEPUT] – [DATA DE SFÂRȘIT]</w:t>
      </w:r>
    </w:p>
    <w:p>
      <w:r>
        <w:rPr>
          <w:b w:val="0"/>
          <w:i w:val="0"/>
        </w:rPr>
        <w:t>Număr de zile lucrătoare aprobate: [NUMĂR]</w:t>
      </w:r>
    </w:p>
    <w:p>
      <w:r>
        <w:rPr>
          <w:b w:val="0"/>
          <w:i w:val="0"/>
        </w:rPr>
        <w:t>Nume și funcție: [NUME, FUNCȚIE]</w:t>
      </w:r>
    </w:p>
    <w:p>
      <w:r>
        <w:rPr>
          <w:b w:val="0"/>
          <w:i w:val="0"/>
        </w:rPr>
        <w:t>Data deciziei: [ZZ.LL.AAAA] Semnătura: [SEMNĂTURA]</w:t>
      </w:r>
    </w:p>
    <w:p>
      <w:r>
        <w:rPr>
          <w:b w:val="0"/>
          <w:i w:val="0"/>
        </w:rPr>
        <w:t>Decizia comunicată angajatului la: [DATA], prin: [CANALUL FOLOSIT]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jc w:val="center"/>
      <w:outlineLvl w:val="0"/>
    </w:pPr>
    <w:rPr>
      <w:rFonts w:ascii="Arial" w:hAnsi="Arial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40"/>
      <w:jc w:val="center"/>
      <w:outlineLvl w:val="1"/>
    </w:pPr>
    <w:rPr>
      <w:rFonts w:ascii="Arial" w:hAnsi="Arial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HeyLeave</Application>
  <DocSecurity>0</DocSecurity>
  <Words>141</Words>
  <Characters>1088</Characters>
  <Company>HeyLeave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de concediu de odihnă – model orientativ v1.0</dc:title>
  <dc:subject>Model orientativ HeyLeave</dc:subject>
  <dc:creator>HeyLeave</dc:creator>
  <cp:keywords/>
  <dc:description/>
  <cp:lastModifiedBy>HeyLeave</cp:lastModifiedBy>
  <cp:revision>1</cp:revision>
  <dcterms:created xsi:type="dcterms:W3CDTF">2026-10-27T09:00:00Z</dcterms:created>
  <dcterms:modified xsi:type="dcterms:W3CDTF">2026-10-27T09:00:00Z</dcterms:modified>
  <cp:category/>
  <dc:language>ro-RO</dc:language>
</cp:coreProperties>
</file>